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6EDF5" w14:textId="77777777" w:rsidR="009C2C8D" w:rsidRPr="009C2C8D" w:rsidRDefault="009C2C8D">
      <w:pPr>
        <w:spacing w:after="0" w:line="216" w:lineRule="auto"/>
        <w:jc w:val="center"/>
        <w:rPr>
          <w:b/>
        </w:rPr>
      </w:pPr>
    </w:p>
    <w:tbl>
      <w:tblPr>
        <w:tblStyle w:val="TableGrid"/>
        <w:tblW w:w="0" w:type="auto"/>
        <w:tblLook w:val="04A0" w:firstRow="1" w:lastRow="0" w:firstColumn="1" w:lastColumn="0" w:noHBand="0" w:noVBand="1"/>
      </w:tblPr>
      <w:tblGrid>
        <w:gridCol w:w="5626"/>
        <w:gridCol w:w="5596"/>
      </w:tblGrid>
      <w:tr w:rsidR="009C2C8D" w:rsidRPr="009C2C8D" w14:paraId="7A9E52E6" w14:textId="77777777" w:rsidTr="009C2C8D">
        <w:tc>
          <w:tcPr>
            <w:tcW w:w="11448" w:type="dxa"/>
            <w:gridSpan w:val="2"/>
            <w:tcBorders>
              <w:bottom w:val="nil"/>
            </w:tcBorders>
          </w:tcPr>
          <w:p w14:paraId="6BF3B9D2" w14:textId="21D18E0E" w:rsidR="009C2C8D" w:rsidRPr="0082476A" w:rsidRDefault="009C2C8D" w:rsidP="009C2C8D">
            <w:pPr>
              <w:spacing w:line="216" w:lineRule="auto"/>
              <w:jc w:val="center"/>
              <w:rPr>
                <w:sz w:val="36"/>
                <w:szCs w:val="28"/>
              </w:rPr>
            </w:pPr>
            <w:r w:rsidRPr="0082476A">
              <w:rPr>
                <w:b/>
                <w:noProof/>
                <w:sz w:val="36"/>
                <w:szCs w:val="28"/>
              </w:rPr>
              <w:drawing>
                <wp:anchor distT="0" distB="0" distL="114300" distR="114300" simplePos="0" relativeHeight="251658752" behindDoc="0" locked="0" layoutInCell="1" allowOverlap="1" wp14:anchorId="7F436927" wp14:editId="56886461">
                  <wp:simplePos x="0" y="0"/>
                  <wp:positionH relativeFrom="column">
                    <wp:posOffset>-215264</wp:posOffset>
                  </wp:positionH>
                  <wp:positionV relativeFrom="paragraph">
                    <wp:posOffset>-361315</wp:posOffset>
                  </wp:positionV>
                  <wp:extent cx="684322" cy="876300"/>
                  <wp:effectExtent l="0" t="0" r="1905" b="0"/>
                  <wp:wrapNone/>
                  <wp:docPr id="1873825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825637" name="Picture 1873825637"/>
                          <pic:cNvPicPr/>
                        </pic:nvPicPr>
                        <pic:blipFill>
                          <a:blip r:embed="rId9"/>
                          <a:stretch>
                            <a:fillRect/>
                          </a:stretch>
                        </pic:blipFill>
                        <pic:spPr>
                          <a:xfrm>
                            <a:off x="0" y="0"/>
                            <a:ext cx="687026" cy="879762"/>
                          </a:xfrm>
                          <a:prstGeom prst="rect">
                            <a:avLst/>
                          </a:prstGeom>
                        </pic:spPr>
                      </pic:pic>
                    </a:graphicData>
                  </a:graphic>
                  <wp14:sizeRelH relativeFrom="margin">
                    <wp14:pctWidth>0</wp14:pctWidth>
                  </wp14:sizeRelH>
                  <wp14:sizeRelV relativeFrom="margin">
                    <wp14:pctHeight>0</wp14:pctHeight>
                  </wp14:sizeRelV>
                </wp:anchor>
              </w:drawing>
            </w:r>
            <w:r w:rsidRPr="0082476A">
              <w:rPr>
                <w:b/>
                <w:sz w:val="36"/>
                <w:szCs w:val="28"/>
              </w:rPr>
              <w:t>St Vincent's</w:t>
            </w:r>
          </w:p>
          <w:p w14:paraId="002C8B2E" w14:textId="77777777" w:rsidR="009C2C8D" w:rsidRPr="0082476A" w:rsidRDefault="009C2C8D" w:rsidP="009C2C8D">
            <w:pPr>
              <w:spacing w:line="216" w:lineRule="auto"/>
              <w:jc w:val="center"/>
              <w:rPr>
                <w:b/>
                <w:sz w:val="36"/>
                <w:szCs w:val="28"/>
              </w:rPr>
            </w:pPr>
            <w:r w:rsidRPr="0082476A">
              <w:rPr>
                <w:b/>
                <w:sz w:val="36"/>
                <w:szCs w:val="28"/>
              </w:rPr>
              <w:t>Catholic Primary School</w:t>
            </w:r>
          </w:p>
          <w:p w14:paraId="29D1F977" w14:textId="5C74DCA4" w:rsidR="009C2C8D" w:rsidRPr="0082476A" w:rsidRDefault="0082476A" w:rsidP="009C2C8D">
            <w:pPr>
              <w:spacing w:line="216" w:lineRule="auto"/>
              <w:jc w:val="center"/>
              <w:rPr>
                <w:b/>
                <w:sz w:val="24"/>
                <w:szCs w:val="20"/>
              </w:rPr>
            </w:pPr>
            <w:r w:rsidRPr="0082476A">
              <w:rPr>
                <w:b/>
                <w:sz w:val="24"/>
                <w:szCs w:val="20"/>
              </w:rPr>
              <w:t>Benedict’s Law</w:t>
            </w:r>
          </w:p>
          <w:p w14:paraId="243E06F9" w14:textId="3F4A481B" w:rsidR="009C2C8D" w:rsidRPr="009C2C8D" w:rsidRDefault="009C2C8D" w:rsidP="009C2C8D">
            <w:pPr>
              <w:spacing w:line="216" w:lineRule="auto"/>
              <w:jc w:val="center"/>
            </w:pPr>
            <w:r w:rsidRPr="009C2C8D">
              <w:rPr>
                <w:sz w:val="24"/>
                <w:szCs w:val="20"/>
              </w:rPr>
              <w:t xml:space="preserve">“We </w:t>
            </w:r>
            <w:r w:rsidRPr="009C2C8D">
              <w:rPr>
                <w:sz w:val="24"/>
                <w:szCs w:val="20"/>
              </w:rPr>
              <w:t>honor</w:t>
            </w:r>
            <w:r w:rsidRPr="009C2C8D">
              <w:rPr>
                <w:sz w:val="24"/>
                <w:szCs w:val="20"/>
              </w:rPr>
              <w:t xml:space="preserve"> the dignity of every person by caring for one another and keeping everyone safe.”</w:t>
            </w:r>
          </w:p>
        </w:tc>
      </w:tr>
      <w:tr w:rsidR="009C2C8D" w:rsidRPr="009C2C8D" w14:paraId="3964291F" w14:textId="77777777" w:rsidTr="009C2C8D">
        <w:tc>
          <w:tcPr>
            <w:tcW w:w="11448" w:type="dxa"/>
            <w:gridSpan w:val="2"/>
            <w:tcBorders>
              <w:bottom w:val="nil"/>
            </w:tcBorders>
            <w:shd w:val="clear" w:color="auto" w:fill="EAF1DD" w:themeFill="accent3" w:themeFillTint="33"/>
          </w:tcPr>
          <w:p w14:paraId="13B59D67" w14:textId="58296DF6" w:rsidR="009C2C8D" w:rsidRPr="009C2C8D" w:rsidRDefault="009C2C8D" w:rsidP="009C2C8D">
            <w:pPr>
              <w:spacing w:line="216" w:lineRule="auto"/>
              <w:jc w:val="center"/>
              <w:rPr>
                <w:b/>
                <w:sz w:val="24"/>
                <w:szCs w:val="20"/>
              </w:rPr>
            </w:pPr>
            <w:r>
              <w:rPr>
                <w:b/>
                <w:sz w:val="24"/>
                <w:szCs w:val="20"/>
              </w:rPr>
              <w:t>Visitor and Volunteer Declaration</w:t>
            </w:r>
          </w:p>
        </w:tc>
      </w:tr>
      <w:tr w:rsidR="009C2C8D" w:rsidRPr="009C2C8D" w14:paraId="5C3E3491" w14:textId="77777777" w:rsidTr="009C2C8D">
        <w:tc>
          <w:tcPr>
            <w:tcW w:w="11448" w:type="dxa"/>
            <w:gridSpan w:val="2"/>
            <w:tcBorders>
              <w:top w:val="nil"/>
              <w:left w:val="single" w:sz="4" w:space="0" w:color="auto"/>
              <w:bottom w:val="single" w:sz="4" w:space="0" w:color="auto"/>
              <w:right w:val="single" w:sz="4" w:space="0" w:color="auto"/>
            </w:tcBorders>
          </w:tcPr>
          <w:p w14:paraId="5D58350A" w14:textId="77777777" w:rsidR="009C2C8D" w:rsidRPr="0082476A" w:rsidRDefault="009C2C8D" w:rsidP="009C2C8D">
            <w:pPr>
              <w:spacing w:line="216" w:lineRule="auto"/>
              <w:rPr>
                <w:sz w:val="24"/>
                <w:szCs w:val="24"/>
              </w:rPr>
            </w:pPr>
          </w:p>
          <w:p w14:paraId="1472ADD6" w14:textId="36F53694" w:rsidR="009C2C8D" w:rsidRPr="0082476A" w:rsidRDefault="009C2C8D" w:rsidP="009C2C8D">
            <w:pPr>
              <w:spacing w:line="216" w:lineRule="auto"/>
              <w:rPr>
                <w:sz w:val="24"/>
                <w:szCs w:val="24"/>
              </w:rPr>
            </w:pPr>
            <w:r w:rsidRPr="0082476A">
              <w:rPr>
                <w:sz w:val="24"/>
                <w:szCs w:val="24"/>
              </w:rPr>
              <w:t xml:space="preserve">Please </w:t>
            </w:r>
            <w:proofErr w:type="gramStart"/>
            <w:r w:rsidRPr="0082476A">
              <w:rPr>
                <w:sz w:val="24"/>
                <w:szCs w:val="24"/>
              </w:rPr>
              <w:t>complete</w:t>
            </w:r>
            <w:proofErr w:type="gramEnd"/>
            <w:r w:rsidRPr="0082476A">
              <w:rPr>
                <w:sz w:val="24"/>
                <w:szCs w:val="24"/>
              </w:rPr>
              <w:t xml:space="preserve"> </w:t>
            </w:r>
            <w:r w:rsidRPr="0082476A">
              <w:rPr>
                <w:sz w:val="24"/>
                <w:szCs w:val="24"/>
              </w:rPr>
              <w:t>before your visit. By sharing this information, you help us protect each person’s safety, dignity and full participation in school life.</w:t>
            </w:r>
          </w:p>
          <w:p w14:paraId="26DF3698" w14:textId="77777777" w:rsidR="009C2C8D" w:rsidRPr="0082476A" w:rsidRDefault="009C2C8D" w:rsidP="009C2C8D">
            <w:pPr>
              <w:spacing w:line="216" w:lineRule="auto"/>
              <w:rPr>
                <w:sz w:val="24"/>
                <w:szCs w:val="24"/>
              </w:rPr>
            </w:pPr>
          </w:p>
        </w:tc>
      </w:tr>
      <w:tr w:rsidR="009C2C8D" w:rsidRPr="009C2C8D" w14:paraId="3FF139F5" w14:textId="77777777" w:rsidTr="009C2C8D">
        <w:tc>
          <w:tcPr>
            <w:tcW w:w="5724" w:type="dxa"/>
            <w:tcBorders>
              <w:top w:val="single" w:sz="4" w:space="0" w:color="auto"/>
            </w:tcBorders>
          </w:tcPr>
          <w:p w14:paraId="06525599" w14:textId="77777777" w:rsidR="009C2C8D" w:rsidRPr="0082476A" w:rsidRDefault="009C2C8D" w:rsidP="009C2C8D">
            <w:pPr>
              <w:spacing w:line="216" w:lineRule="auto"/>
              <w:rPr>
                <w:sz w:val="24"/>
                <w:szCs w:val="24"/>
              </w:rPr>
            </w:pPr>
            <w:r w:rsidRPr="0082476A">
              <w:rPr>
                <w:sz w:val="24"/>
                <w:szCs w:val="24"/>
              </w:rPr>
              <w:t>Name:</w:t>
            </w:r>
          </w:p>
          <w:p w14:paraId="3B2348AE" w14:textId="77777777" w:rsidR="009C2C8D" w:rsidRPr="0082476A" w:rsidRDefault="009C2C8D" w:rsidP="009C2C8D">
            <w:pPr>
              <w:spacing w:line="216" w:lineRule="auto"/>
              <w:rPr>
                <w:sz w:val="24"/>
                <w:szCs w:val="24"/>
              </w:rPr>
            </w:pPr>
          </w:p>
        </w:tc>
        <w:tc>
          <w:tcPr>
            <w:tcW w:w="5724" w:type="dxa"/>
            <w:tcBorders>
              <w:top w:val="single" w:sz="4" w:space="0" w:color="auto"/>
            </w:tcBorders>
          </w:tcPr>
          <w:p w14:paraId="5973863A" w14:textId="225F6A47" w:rsidR="009C2C8D" w:rsidRPr="0082476A" w:rsidRDefault="009C2C8D" w:rsidP="009C2C8D">
            <w:pPr>
              <w:spacing w:line="216" w:lineRule="auto"/>
              <w:rPr>
                <w:sz w:val="24"/>
                <w:szCs w:val="24"/>
              </w:rPr>
            </w:pPr>
            <w:r w:rsidRPr="0082476A">
              <w:rPr>
                <w:sz w:val="24"/>
                <w:szCs w:val="24"/>
              </w:rPr>
              <w:t>Visit date:</w:t>
            </w:r>
          </w:p>
        </w:tc>
      </w:tr>
      <w:tr w:rsidR="009C2C8D" w:rsidRPr="009C2C8D" w14:paraId="2BEF0B49" w14:textId="77777777" w:rsidTr="009C2C8D">
        <w:tc>
          <w:tcPr>
            <w:tcW w:w="11448" w:type="dxa"/>
            <w:gridSpan w:val="2"/>
          </w:tcPr>
          <w:p w14:paraId="2E8139EE" w14:textId="77777777" w:rsidR="009C2C8D" w:rsidRPr="0082476A" w:rsidRDefault="009C2C8D" w:rsidP="009C2C8D">
            <w:pPr>
              <w:spacing w:line="216" w:lineRule="auto"/>
              <w:rPr>
                <w:b/>
                <w:bCs/>
                <w:sz w:val="24"/>
                <w:szCs w:val="24"/>
              </w:rPr>
            </w:pPr>
          </w:p>
          <w:p w14:paraId="44B714E5" w14:textId="77777777" w:rsidR="0082476A" w:rsidRPr="0082476A" w:rsidRDefault="009C2C8D" w:rsidP="009C2C8D">
            <w:pPr>
              <w:spacing w:line="216" w:lineRule="auto"/>
              <w:rPr>
                <w:b/>
                <w:bCs/>
                <w:sz w:val="24"/>
                <w:szCs w:val="24"/>
              </w:rPr>
            </w:pPr>
            <w:r w:rsidRPr="0082476A">
              <w:rPr>
                <w:b/>
                <w:bCs/>
                <w:sz w:val="24"/>
                <w:szCs w:val="24"/>
              </w:rPr>
              <w:t>ALLERGIES / DIETARY / MEDICAL INFORMATION</w:t>
            </w:r>
          </w:p>
          <w:p w14:paraId="4F289CDF" w14:textId="60F57C86" w:rsidR="009C2C8D" w:rsidRPr="0082476A" w:rsidRDefault="009C2C8D" w:rsidP="009C2C8D">
            <w:pPr>
              <w:spacing w:line="216" w:lineRule="auto"/>
              <w:rPr>
                <w:sz w:val="24"/>
                <w:szCs w:val="24"/>
              </w:rPr>
            </w:pPr>
            <w:r w:rsidRPr="0082476A">
              <w:rPr>
                <w:sz w:val="24"/>
                <w:szCs w:val="24"/>
              </w:rPr>
              <w:br/>
              <w:t>Do you have any allergies, dietary requirements or medical conditions the school should know about to help keep you safe?</w:t>
            </w:r>
          </w:p>
          <w:p w14:paraId="23B84C08" w14:textId="77777777" w:rsidR="009C2C8D" w:rsidRPr="0082476A" w:rsidRDefault="009C2C8D" w:rsidP="009C2C8D">
            <w:pPr>
              <w:spacing w:line="216" w:lineRule="auto"/>
              <w:rPr>
                <w:sz w:val="24"/>
                <w:szCs w:val="24"/>
              </w:rPr>
            </w:pPr>
          </w:p>
          <w:p w14:paraId="7FE806CF" w14:textId="30B09B22" w:rsidR="009C2C8D" w:rsidRPr="0082476A" w:rsidRDefault="009C2C8D" w:rsidP="009C2C8D">
            <w:pPr>
              <w:spacing w:line="216" w:lineRule="auto"/>
              <w:rPr>
                <w:sz w:val="24"/>
                <w:szCs w:val="24"/>
              </w:rPr>
            </w:pPr>
            <w:r w:rsidRPr="0082476A">
              <w:rPr>
                <w:rFonts w:ascii="Segoe UI Symbol" w:hAnsi="Segoe UI Symbol" w:cs="Segoe UI Symbol"/>
                <w:sz w:val="24"/>
                <w:szCs w:val="24"/>
              </w:rPr>
              <w:t>☐</w:t>
            </w:r>
            <w:r w:rsidRPr="0082476A">
              <w:rPr>
                <w:sz w:val="24"/>
                <w:szCs w:val="24"/>
              </w:rPr>
              <w:t xml:space="preserve"> No   </w:t>
            </w:r>
            <w:r w:rsidRPr="0082476A">
              <w:rPr>
                <w:rFonts w:ascii="Segoe UI Symbol" w:hAnsi="Segoe UI Symbol" w:cs="Segoe UI Symbol"/>
                <w:sz w:val="24"/>
                <w:szCs w:val="24"/>
              </w:rPr>
              <w:t>☐</w:t>
            </w:r>
            <w:r w:rsidRPr="0082476A">
              <w:rPr>
                <w:sz w:val="24"/>
                <w:szCs w:val="24"/>
              </w:rPr>
              <w:t xml:space="preserve"> Yes </w:t>
            </w:r>
            <w:r w:rsidRPr="0082476A">
              <w:rPr>
                <w:rFonts w:cs="Tahoma"/>
                <w:sz w:val="24"/>
                <w:szCs w:val="24"/>
              </w:rPr>
              <w:t>—</w:t>
            </w:r>
            <w:r w:rsidRPr="0082476A">
              <w:rPr>
                <w:sz w:val="24"/>
                <w:szCs w:val="24"/>
              </w:rPr>
              <w:t xml:space="preserve"> details below</w:t>
            </w:r>
            <w:r w:rsidRPr="0082476A">
              <w:rPr>
                <w:sz w:val="24"/>
                <w:szCs w:val="24"/>
              </w:rPr>
              <w:br/>
            </w:r>
            <w:r w:rsidRPr="0082476A">
              <w:rPr>
                <w:sz w:val="24"/>
                <w:szCs w:val="24"/>
              </w:rPr>
              <w:t xml:space="preserve">           </w:t>
            </w:r>
            <w:r w:rsidRPr="0082476A">
              <w:rPr>
                <w:sz w:val="24"/>
                <w:szCs w:val="24"/>
              </w:rPr>
              <w:t>Please include the allergen/condition, likely reaction and any important avoidance measures.</w:t>
            </w:r>
          </w:p>
          <w:p w14:paraId="29D9B7BC" w14:textId="77777777" w:rsidR="009C2C8D" w:rsidRPr="0082476A" w:rsidRDefault="009C2C8D" w:rsidP="009C2C8D">
            <w:pPr>
              <w:spacing w:line="216" w:lineRule="auto"/>
              <w:rPr>
                <w:sz w:val="24"/>
                <w:szCs w:val="24"/>
              </w:rPr>
            </w:pPr>
          </w:p>
          <w:p w14:paraId="5462BE7D" w14:textId="77777777" w:rsidR="009C2C8D" w:rsidRPr="0082476A" w:rsidRDefault="009C2C8D" w:rsidP="009C2C8D">
            <w:pPr>
              <w:spacing w:line="216" w:lineRule="auto"/>
              <w:rPr>
                <w:sz w:val="24"/>
                <w:szCs w:val="24"/>
              </w:rPr>
            </w:pPr>
          </w:p>
          <w:p w14:paraId="6963A11B" w14:textId="77777777" w:rsidR="009C2C8D" w:rsidRPr="0082476A" w:rsidRDefault="009C2C8D" w:rsidP="009C2C8D">
            <w:pPr>
              <w:spacing w:line="216" w:lineRule="auto"/>
              <w:rPr>
                <w:sz w:val="24"/>
                <w:szCs w:val="24"/>
              </w:rPr>
            </w:pPr>
          </w:p>
          <w:p w14:paraId="24495282" w14:textId="06B6DC0C" w:rsidR="009C2C8D" w:rsidRPr="0082476A" w:rsidRDefault="009C2C8D" w:rsidP="009C2C8D">
            <w:pPr>
              <w:spacing w:line="216" w:lineRule="auto"/>
              <w:rPr>
                <w:sz w:val="24"/>
                <w:szCs w:val="24"/>
              </w:rPr>
            </w:pPr>
          </w:p>
        </w:tc>
      </w:tr>
      <w:tr w:rsidR="009C2C8D" w:rsidRPr="009C2C8D" w14:paraId="47EF5BEE" w14:textId="77777777" w:rsidTr="009C2C8D">
        <w:tc>
          <w:tcPr>
            <w:tcW w:w="11448" w:type="dxa"/>
            <w:gridSpan w:val="2"/>
          </w:tcPr>
          <w:p w14:paraId="69EF0B65" w14:textId="77777777" w:rsidR="009C2C8D" w:rsidRPr="0082476A" w:rsidRDefault="009C2C8D" w:rsidP="009C2C8D">
            <w:pPr>
              <w:spacing w:line="216" w:lineRule="auto"/>
              <w:rPr>
                <w:b/>
                <w:sz w:val="24"/>
                <w:szCs w:val="24"/>
              </w:rPr>
            </w:pPr>
            <w:proofErr w:type="gramStart"/>
            <w:r w:rsidRPr="0082476A">
              <w:rPr>
                <w:b/>
                <w:sz w:val="24"/>
                <w:szCs w:val="24"/>
              </w:rPr>
              <w:t>2  EMERGENCY</w:t>
            </w:r>
            <w:proofErr w:type="gramEnd"/>
            <w:r w:rsidRPr="0082476A">
              <w:rPr>
                <w:b/>
                <w:sz w:val="24"/>
                <w:szCs w:val="24"/>
              </w:rPr>
              <w:t xml:space="preserve"> MEDICATION</w:t>
            </w:r>
          </w:p>
          <w:p w14:paraId="5FCD3B6C" w14:textId="77777777" w:rsidR="009C2C8D" w:rsidRPr="0082476A" w:rsidRDefault="009C2C8D" w:rsidP="009C2C8D">
            <w:pPr>
              <w:spacing w:line="216" w:lineRule="auto"/>
              <w:rPr>
                <w:sz w:val="24"/>
                <w:szCs w:val="24"/>
              </w:rPr>
            </w:pPr>
          </w:p>
          <w:p w14:paraId="129505E0" w14:textId="77777777" w:rsidR="009C2C8D" w:rsidRPr="0082476A" w:rsidRDefault="009C2C8D" w:rsidP="009C2C8D">
            <w:pPr>
              <w:spacing w:line="216" w:lineRule="auto"/>
              <w:rPr>
                <w:bCs/>
                <w:sz w:val="24"/>
                <w:szCs w:val="24"/>
              </w:rPr>
            </w:pPr>
            <w:r w:rsidRPr="0082476A">
              <w:rPr>
                <w:bCs/>
                <w:sz w:val="24"/>
                <w:szCs w:val="24"/>
              </w:rPr>
              <w:t>Does this allergy or condition require emergency medication (for example an adrenaline auto-injector/EpiPen, antihistamine or inhaler)?</w:t>
            </w:r>
          </w:p>
          <w:p w14:paraId="0702F2CD" w14:textId="77777777" w:rsidR="009C2C8D" w:rsidRPr="0082476A" w:rsidRDefault="009C2C8D" w:rsidP="009C2C8D">
            <w:pPr>
              <w:spacing w:line="216" w:lineRule="auto"/>
              <w:rPr>
                <w:sz w:val="24"/>
                <w:szCs w:val="24"/>
              </w:rPr>
            </w:pPr>
          </w:p>
          <w:p w14:paraId="7A0F103A" w14:textId="67FBC925" w:rsidR="009C2C8D" w:rsidRPr="0082476A" w:rsidRDefault="009C2C8D" w:rsidP="009C2C8D">
            <w:pPr>
              <w:spacing w:line="216" w:lineRule="auto"/>
              <w:rPr>
                <w:sz w:val="24"/>
                <w:szCs w:val="24"/>
              </w:rPr>
            </w:pPr>
            <w:r w:rsidRPr="0082476A">
              <w:rPr>
                <w:rFonts w:ascii="Segoe UI Symbol" w:hAnsi="Segoe UI Symbol" w:cs="Segoe UI Symbol"/>
                <w:sz w:val="24"/>
                <w:szCs w:val="24"/>
              </w:rPr>
              <w:t>☐</w:t>
            </w:r>
            <w:r w:rsidRPr="0082476A">
              <w:rPr>
                <w:sz w:val="24"/>
                <w:szCs w:val="24"/>
              </w:rPr>
              <w:t xml:space="preserve"> No   </w:t>
            </w:r>
            <w:r w:rsidRPr="0082476A">
              <w:rPr>
                <w:rFonts w:ascii="Segoe UI Symbol" w:hAnsi="Segoe UI Symbol" w:cs="Segoe UI Symbol"/>
                <w:sz w:val="24"/>
                <w:szCs w:val="24"/>
              </w:rPr>
              <w:t>☐</w:t>
            </w:r>
            <w:r w:rsidRPr="0082476A">
              <w:rPr>
                <w:sz w:val="24"/>
                <w:szCs w:val="24"/>
              </w:rPr>
              <w:t xml:space="preserve"> Yes </w:t>
            </w:r>
            <w:r w:rsidRPr="0082476A">
              <w:rPr>
                <w:rFonts w:cs="Tahoma"/>
                <w:sz w:val="24"/>
                <w:szCs w:val="24"/>
              </w:rPr>
              <w:t>—</w:t>
            </w:r>
            <w:r w:rsidRPr="0082476A">
              <w:rPr>
                <w:sz w:val="24"/>
                <w:szCs w:val="24"/>
              </w:rPr>
              <w:t xml:space="preserve"> medication/details</w:t>
            </w:r>
            <w:r w:rsidRPr="0082476A">
              <w:rPr>
                <w:sz w:val="24"/>
                <w:szCs w:val="24"/>
              </w:rPr>
              <w:t>:</w:t>
            </w:r>
          </w:p>
          <w:p w14:paraId="2726A4B6" w14:textId="77777777" w:rsidR="009C2C8D" w:rsidRPr="0082476A" w:rsidRDefault="009C2C8D" w:rsidP="009C2C8D">
            <w:pPr>
              <w:spacing w:line="216" w:lineRule="auto"/>
              <w:rPr>
                <w:sz w:val="24"/>
                <w:szCs w:val="24"/>
              </w:rPr>
            </w:pPr>
          </w:p>
          <w:p w14:paraId="1A339532" w14:textId="77777777" w:rsidR="009C2C8D" w:rsidRPr="0082476A" w:rsidRDefault="009C2C8D" w:rsidP="009C2C8D">
            <w:pPr>
              <w:spacing w:line="216" w:lineRule="auto"/>
              <w:rPr>
                <w:sz w:val="24"/>
                <w:szCs w:val="24"/>
              </w:rPr>
            </w:pPr>
          </w:p>
        </w:tc>
      </w:tr>
      <w:tr w:rsidR="009C2C8D" w:rsidRPr="009C2C8D" w14:paraId="4736CE15" w14:textId="77777777" w:rsidTr="009C2C8D">
        <w:tc>
          <w:tcPr>
            <w:tcW w:w="11448" w:type="dxa"/>
            <w:gridSpan w:val="2"/>
          </w:tcPr>
          <w:p w14:paraId="1F0209BD" w14:textId="0EE09FC6" w:rsidR="009C2C8D" w:rsidRPr="0082476A" w:rsidRDefault="009C2C8D" w:rsidP="009C2C8D">
            <w:pPr>
              <w:spacing w:line="216" w:lineRule="auto"/>
              <w:rPr>
                <w:b/>
                <w:sz w:val="24"/>
                <w:szCs w:val="24"/>
              </w:rPr>
            </w:pPr>
            <w:r w:rsidRPr="0082476A">
              <w:rPr>
                <w:b/>
                <w:sz w:val="24"/>
                <w:szCs w:val="24"/>
              </w:rPr>
              <w:t>MEDICATION ON SITE</w:t>
            </w:r>
          </w:p>
          <w:p w14:paraId="0A87F52F" w14:textId="77777777" w:rsidR="009C2C8D" w:rsidRPr="0082476A" w:rsidRDefault="009C2C8D" w:rsidP="009C2C8D">
            <w:pPr>
              <w:spacing w:line="216" w:lineRule="auto"/>
              <w:rPr>
                <w:sz w:val="24"/>
                <w:szCs w:val="24"/>
              </w:rPr>
            </w:pPr>
          </w:p>
          <w:p w14:paraId="2C3C64D6" w14:textId="77777777" w:rsidR="009C2C8D" w:rsidRPr="0082476A" w:rsidRDefault="009C2C8D" w:rsidP="009C2C8D">
            <w:pPr>
              <w:spacing w:line="216" w:lineRule="auto"/>
              <w:rPr>
                <w:bCs/>
                <w:sz w:val="24"/>
                <w:szCs w:val="24"/>
              </w:rPr>
            </w:pPr>
            <w:r w:rsidRPr="0082476A">
              <w:rPr>
                <w:bCs/>
                <w:sz w:val="24"/>
                <w:szCs w:val="24"/>
              </w:rPr>
              <w:t>Will you be carrying your medication with you whilst on site?</w:t>
            </w:r>
          </w:p>
          <w:p w14:paraId="4FF14C95" w14:textId="77777777" w:rsidR="009C2C8D" w:rsidRPr="0082476A" w:rsidRDefault="009C2C8D" w:rsidP="009C2C8D">
            <w:pPr>
              <w:spacing w:line="216" w:lineRule="auto"/>
              <w:rPr>
                <w:sz w:val="24"/>
                <w:szCs w:val="24"/>
              </w:rPr>
            </w:pPr>
          </w:p>
          <w:p w14:paraId="44A69F37" w14:textId="23F54308" w:rsidR="009C2C8D" w:rsidRPr="0082476A" w:rsidRDefault="009C2C8D" w:rsidP="009C2C8D">
            <w:pPr>
              <w:spacing w:line="216" w:lineRule="auto"/>
              <w:rPr>
                <w:sz w:val="24"/>
                <w:szCs w:val="24"/>
              </w:rPr>
            </w:pPr>
            <w:r w:rsidRPr="0082476A">
              <w:rPr>
                <w:rFonts w:ascii="Segoe UI Symbol" w:hAnsi="Segoe UI Symbol" w:cs="Segoe UI Symbol"/>
                <w:sz w:val="24"/>
                <w:szCs w:val="24"/>
              </w:rPr>
              <w:t>☐</w:t>
            </w:r>
            <w:r w:rsidRPr="0082476A">
              <w:rPr>
                <w:sz w:val="24"/>
                <w:szCs w:val="24"/>
              </w:rPr>
              <w:t xml:space="preserve"> Yes   </w:t>
            </w:r>
            <w:r w:rsidRPr="0082476A">
              <w:rPr>
                <w:rFonts w:ascii="Segoe UI Symbol" w:hAnsi="Segoe UI Symbol" w:cs="Segoe UI Symbol"/>
                <w:sz w:val="24"/>
                <w:szCs w:val="24"/>
              </w:rPr>
              <w:t>☐</w:t>
            </w:r>
            <w:r w:rsidRPr="0082476A">
              <w:rPr>
                <w:sz w:val="24"/>
                <w:szCs w:val="24"/>
              </w:rPr>
              <w:t xml:space="preserve"> No   </w:t>
            </w:r>
            <w:r w:rsidRPr="0082476A">
              <w:rPr>
                <w:rFonts w:ascii="Segoe UI Symbol" w:hAnsi="Segoe UI Symbol" w:cs="Segoe UI Symbol"/>
                <w:sz w:val="24"/>
                <w:szCs w:val="24"/>
              </w:rPr>
              <w:t>☐</w:t>
            </w:r>
            <w:r w:rsidRPr="0082476A">
              <w:rPr>
                <w:sz w:val="24"/>
                <w:szCs w:val="24"/>
              </w:rPr>
              <w:t xml:space="preserve"> Not applicable</w:t>
            </w:r>
          </w:p>
        </w:tc>
      </w:tr>
      <w:tr w:rsidR="009C2C8D" w:rsidRPr="009C2C8D" w14:paraId="615F1458" w14:textId="77777777" w:rsidTr="009C2C8D">
        <w:tc>
          <w:tcPr>
            <w:tcW w:w="11448" w:type="dxa"/>
            <w:gridSpan w:val="2"/>
          </w:tcPr>
          <w:p w14:paraId="3B7E6834" w14:textId="522C2965" w:rsidR="009C2C8D" w:rsidRPr="0082476A" w:rsidRDefault="009C2C8D" w:rsidP="009C2C8D">
            <w:pPr>
              <w:spacing w:line="216" w:lineRule="auto"/>
              <w:rPr>
                <w:b/>
                <w:sz w:val="24"/>
                <w:szCs w:val="24"/>
              </w:rPr>
            </w:pPr>
            <w:r w:rsidRPr="0082476A">
              <w:rPr>
                <w:b/>
                <w:sz w:val="24"/>
                <w:szCs w:val="24"/>
              </w:rPr>
              <w:t>EMERGENCY CONTACT</w:t>
            </w:r>
          </w:p>
          <w:p w14:paraId="4EADAFF4" w14:textId="77777777" w:rsidR="009C2C8D" w:rsidRPr="0082476A" w:rsidRDefault="009C2C8D" w:rsidP="009C2C8D">
            <w:pPr>
              <w:spacing w:line="216" w:lineRule="auto"/>
              <w:rPr>
                <w:sz w:val="24"/>
                <w:szCs w:val="24"/>
              </w:rPr>
            </w:pPr>
          </w:p>
          <w:p w14:paraId="6382A7CD" w14:textId="4DA32CE2" w:rsidR="009C2C8D" w:rsidRPr="0082476A" w:rsidRDefault="009C2C8D" w:rsidP="009C2C8D">
            <w:pPr>
              <w:spacing w:line="216" w:lineRule="auto"/>
              <w:rPr>
                <w:b/>
                <w:sz w:val="24"/>
                <w:szCs w:val="24"/>
              </w:rPr>
            </w:pPr>
            <w:r w:rsidRPr="0082476A">
              <w:rPr>
                <w:b/>
                <w:sz w:val="24"/>
                <w:szCs w:val="24"/>
              </w:rPr>
              <w:t>Name:</w:t>
            </w:r>
            <w:r w:rsidRPr="0082476A">
              <w:rPr>
                <w:b/>
                <w:sz w:val="24"/>
                <w:szCs w:val="24"/>
              </w:rPr>
              <w:t xml:space="preserve">                                           </w:t>
            </w:r>
            <w:r w:rsidRPr="0082476A">
              <w:rPr>
                <w:b/>
                <w:sz w:val="24"/>
                <w:szCs w:val="24"/>
              </w:rPr>
              <w:t xml:space="preserve">    Telephone</w:t>
            </w:r>
            <w:r w:rsidRPr="0082476A">
              <w:rPr>
                <w:b/>
                <w:sz w:val="24"/>
                <w:szCs w:val="24"/>
              </w:rPr>
              <w:t>:</w:t>
            </w:r>
          </w:p>
          <w:p w14:paraId="1C8CD1F3" w14:textId="7B7060F6" w:rsidR="009C2C8D" w:rsidRPr="0082476A" w:rsidRDefault="009C2C8D" w:rsidP="009C2C8D">
            <w:pPr>
              <w:spacing w:line="216" w:lineRule="auto"/>
              <w:rPr>
                <w:sz w:val="24"/>
                <w:szCs w:val="24"/>
              </w:rPr>
            </w:pPr>
          </w:p>
        </w:tc>
      </w:tr>
      <w:tr w:rsidR="009C2C8D" w:rsidRPr="009C2C8D" w14:paraId="62986D69" w14:textId="77777777" w:rsidTr="009C2C8D">
        <w:tc>
          <w:tcPr>
            <w:tcW w:w="11448" w:type="dxa"/>
            <w:gridSpan w:val="2"/>
            <w:shd w:val="clear" w:color="auto" w:fill="EAF1DD" w:themeFill="accent3" w:themeFillTint="33"/>
          </w:tcPr>
          <w:p w14:paraId="2B93AEB9" w14:textId="5BA2BFC1" w:rsidR="009C2C8D" w:rsidRPr="0082476A" w:rsidRDefault="009C2C8D" w:rsidP="009C2C8D">
            <w:pPr>
              <w:spacing w:line="216" w:lineRule="auto"/>
              <w:jc w:val="center"/>
              <w:rPr>
                <w:b/>
                <w:sz w:val="24"/>
                <w:szCs w:val="24"/>
              </w:rPr>
            </w:pPr>
            <w:r w:rsidRPr="0082476A">
              <w:rPr>
                <w:b/>
                <w:sz w:val="24"/>
                <w:szCs w:val="24"/>
              </w:rPr>
              <w:t>ALLERGY AWARE SCHOOL</w:t>
            </w:r>
          </w:p>
          <w:p w14:paraId="179C4F3C" w14:textId="07FDB84A" w:rsidR="009C2C8D" w:rsidRPr="0082476A" w:rsidRDefault="009C2C8D" w:rsidP="009C2C8D">
            <w:pPr>
              <w:spacing w:line="216" w:lineRule="auto"/>
              <w:jc w:val="center"/>
              <w:rPr>
                <w:sz w:val="24"/>
                <w:szCs w:val="24"/>
              </w:rPr>
            </w:pPr>
            <w:r w:rsidRPr="0082476A">
              <w:rPr>
                <w:b/>
                <w:sz w:val="24"/>
                <w:szCs w:val="24"/>
              </w:rPr>
              <w:t xml:space="preserve">•  Please check food labels </w:t>
            </w:r>
            <w:proofErr w:type="gramStart"/>
            <w:r w:rsidRPr="0082476A">
              <w:rPr>
                <w:b/>
                <w:sz w:val="24"/>
                <w:szCs w:val="24"/>
              </w:rPr>
              <w:t>carefully  •</w:t>
            </w:r>
            <w:proofErr w:type="gramEnd"/>
            <w:r w:rsidRPr="0082476A">
              <w:rPr>
                <w:b/>
                <w:sz w:val="24"/>
                <w:szCs w:val="24"/>
              </w:rPr>
              <w:t xml:space="preserve">  Do not share </w:t>
            </w:r>
            <w:proofErr w:type="gramStart"/>
            <w:r w:rsidRPr="0082476A">
              <w:rPr>
                <w:b/>
                <w:sz w:val="24"/>
                <w:szCs w:val="24"/>
              </w:rPr>
              <w:t>food  •</w:t>
            </w:r>
            <w:proofErr w:type="gramEnd"/>
            <w:r w:rsidRPr="0082476A">
              <w:rPr>
                <w:b/>
                <w:sz w:val="24"/>
                <w:szCs w:val="24"/>
              </w:rPr>
              <w:t xml:space="preserve">  Ask a member of staff if unsure</w:t>
            </w:r>
          </w:p>
        </w:tc>
      </w:tr>
      <w:tr w:rsidR="009C2C8D" w:rsidRPr="009C2C8D" w14:paraId="7D4B6C7E" w14:textId="77777777" w:rsidTr="009C2C8D">
        <w:tc>
          <w:tcPr>
            <w:tcW w:w="11448" w:type="dxa"/>
            <w:gridSpan w:val="2"/>
          </w:tcPr>
          <w:p w14:paraId="7A3E2274" w14:textId="77777777" w:rsidR="009C2C8D" w:rsidRPr="0082476A" w:rsidRDefault="009C2C8D" w:rsidP="009C2C8D">
            <w:pPr>
              <w:spacing w:line="216" w:lineRule="auto"/>
              <w:rPr>
                <w:sz w:val="24"/>
                <w:szCs w:val="24"/>
              </w:rPr>
            </w:pPr>
          </w:p>
          <w:p w14:paraId="00B5F3BE" w14:textId="1F041248" w:rsidR="009C2C8D" w:rsidRPr="0082476A" w:rsidRDefault="009C2C8D" w:rsidP="009C2C8D">
            <w:pPr>
              <w:spacing w:line="216" w:lineRule="auto"/>
              <w:rPr>
                <w:sz w:val="24"/>
                <w:szCs w:val="24"/>
              </w:rPr>
            </w:pPr>
            <w:r w:rsidRPr="0082476A">
              <w:rPr>
                <w:sz w:val="24"/>
                <w:szCs w:val="24"/>
              </w:rPr>
              <w:t>CONSENT &amp; DECLARATION</w:t>
            </w:r>
          </w:p>
          <w:p w14:paraId="48EAF8DA" w14:textId="7959AFB0" w:rsidR="009C2C8D" w:rsidRDefault="009C2C8D" w:rsidP="009C2C8D">
            <w:pPr>
              <w:spacing w:line="216" w:lineRule="auto"/>
              <w:rPr>
                <w:sz w:val="24"/>
                <w:szCs w:val="24"/>
              </w:rPr>
            </w:pPr>
            <w:r w:rsidRPr="0082476A">
              <w:rPr>
                <w:sz w:val="24"/>
                <w:szCs w:val="24"/>
              </w:rPr>
              <w:br/>
              <w:t>I understand that this information will be shared with relevant staff on a need-to-know basis to support my safety on school premises. In keeping with the Catholic principle of the dignity of the human person, every person should be valued, respected, included and supported to participate safely in our school community.</w:t>
            </w:r>
            <w:r w:rsidRPr="0082476A">
              <w:rPr>
                <w:sz w:val="24"/>
                <w:szCs w:val="24"/>
              </w:rPr>
              <w:br/>
              <w:t>Signature: _________________________________     Date: ______________________</w:t>
            </w:r>
          </w:p>
          <w:p w14:paraId="0CAA5354" w14:textId="1486428C" w:rsidR="009C2C8D" w:rsidRPr="0082476A" w:rsidRDefault="009C2C8D" w:rsidP="009C2C8D">
            <w:pPr>
              <w:spacing w:line="216" w:lineRule="auto"/>
              <w:rPr>
                <w:sz w:val="24"/>
                <w:szCs w:val="24"/>
              </w:rPr>
            </w:pPr>
          </w:p>
        </w:tc>
      </w:tr>
    </w:tbl>
    <w:p w14:paraId="47443723" w14:textId="77777777" w:rsidR="009C2C8D" w:rsidRPr="009C2C8D" w:rsidRDefault="009C2C8D" w:rsidP="009C2C8D">
      <w:pPr>
        <w:spacing w:after="0" w:line="216" w:lineRule="auto"/>
        <w:rPr>
          <w:b/>
        </w:rPr>
      </w:pPr>
    </w:p>
    <w:p w14:paraId="72D91450" w14:textId="5F547CCA" w:rsidR="009C2C8D" w:rsidRPr="009C2C8D" w:rsidRDefault="009C2C8D" w:rsidP="009C2C8D">
      <w:pPr>
        <w:spacing w:after="0" w:line="216" w:lineRule="auto"/>
        <w:jc w:val="center"/>
        <w:rPr>
          <w:b/>
        </w:rPr>
      </w:pPr>
      <w:proofErr w:type="gramStart"/>
      <w:r w:rsidRPr="009C2C8D">
        <w:rPr>
          <w:b/>
        </w:rPr>
        <w:t>Kindness  •</w:t>
      </w:r>
      <w:proofErr w:type="gramEnd"/>
      <w:r w:rsidRPr="009C2C8D">
        <w:rPr>
          <w:b/>
        </w:rPr>
        <w:t xml:space="preserve">  </w:t>
      </w:r>
      <w:proofErr w:type="gramStart"/>
      <w:r w:rsidRPr="009C2C8D">
        <w:rPr>
          <w:b/>
        </w:rPr>
        <w:t>Respect  •</w:t>
      </w:r>
      <w:proofErr w:type="gramEnd"/>
      <w:r w:rsidRPr="009C2C8D">
        <w:rPr>
          <w:b/>
        </w:rPr>
        <w:t xml:space="preserve">  </w:t>
      </w:r>
      <w:proofErr w:type="gramStart"/>
      <w:r w:rsidRPr="009C2C8D">
        <w:rPr>
          <w:b/>
        </w:rPr>
        <w:t>Inclusion  •</w:t>
      </w:r>
      <w:proofErr w:type="gramEnd"/>
      <w:r w:rsidRPr="009C2C8D">
        <w:rPr>
          <w:b/>
        </w:rPr>
        <w:t xml:space="preserve">  </w:t>
      </w:r>
      <w:proofErr w:type="gramStart"/>
      <w:r w:rsidRPr="009C2C8D">
        <w:rPr>
          <w:b/>
        </w:rPr>
        <w:t>Safety  •</w:t>
      </w:r>
      <w:proofErr w:type="gramEnd"/>
      <w:r w:rsidRPr="009C2C8D">
        <w:rPr>
          <w:b/>
        </w:rPr>
        <w:t xml:space="preserve">  Community</w:t>
      </w:r>
    </w:p>
    <w:p w14:paraId="1168EF53" w14:textId="77777777" w:rsidR="009C2C8D" w:rsidRDefault="009C2C8D">
      <w:pPr>
        <w:spacing w:after="0" w:line="216" w:lineRule="auto"/>
        <w:jc w:val="center"/>
      </w:pPr>
    </w:p>
    <w:sectPr w:rsidR="009C2C8D" w:rsidSect="00034616">
      <w:pgSz w:w="12240" w:h="15840"/>
      <w:pgMar w:top="360" w:right="504" w:bottom="360" w:left="504" w:header="216" w:footer="21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F9F7572"/>
    <w:multiLevelType w:val="hybridMultilevel"/>
    <w:tmpl w:val="31A84922"/>
    <w:lvl w:ilvl="0" w:tplc="EF067F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26847277">
    <w:abstractNumId w:val="8"/>
  </w:num>
  <w:num w:numId="2" w16cid:durableId="669522993">
    <w:abstractNumId w:val="6"/>
  </w:num>
  <w:num w:numId="3" w16cid:durableId="343484719">
    <w:abstractNumId w:val="5"/>
  </w:num>
  <w:num w:numId="4" w16cid:durableId="356008525">
    <w:abstractNumId w:val="4"/>
  </w:num>
  <w:num w:numId="5" w16cid:durableId="1597900529">
    <w:abstractNumId w:val="7"/>
  </w:num>
  <w:num w:numId="6" w16cid:durableId="1005787494">
    <w:abstractNumId w:val="3"/>
  </w:num>
  <w:num w:numId="7" w16cid:durableId="1171331992">
    <w:abstractNumId w:val="2"/>
  </w:num>
  <w:num w:numId="8" w16cid:durableId="581912518">
    <w:abstractNumId w:val="1"/>
  </w:num>
  <w:num w:numId="9" w16cid:durableId="1320382858">
    <w:abstractNumId w:val="0"/>
  </w:num>
  <w:num w:numId="10" w16cid:durableId="1816015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C2BCD"/>
    <w:rsid w:val="0082476A"/>
    <w:rsid w:val="008A17AE"/>
    <w:rsid w:val="009C2C8D"/>
    <w:rsid w:val="00AA1D8D"/>
    <w:rsid w:val="00B47730"/>
    <w:rsid w:val="00CB0664"/>
    <w:rsid w:val="00D277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D85B66"/>
  <w14:defaultImageDpi w14:val="300"/>
  <w15:docId w15:val="{BDC21248-8DB8-42E6-9412-771A247C7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C8D"/>
    <w:rPr>
      <w:rFonts w:ascii="Tahoma" w:eastAsia="Tahoma" w:hAnsi="Tahoma"/>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Tahoma" w:eastAsia="Tahoma" w:hAnsi="Tahoma"/>
      <w:sz w:val="28"/>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Tahoma" w:eastAsia="Tahoma" w:hAnsi="Tahoma"/>
      <w:sz w:val="28"/>
    </w:rPr>
  </w:style>
  <w:style w:type="paragraph" w:styleId="NoSpacing">
    <w:name w:val="No Spacing"/>
    <w:uiPriority w:val="1"/>
    <w:qFormat/>
    <w:rsid w:val="00FC693F"/>
    <w:pPr>
      <w:spacing w:after="0" w:line="240" w:lineRule="auto"/>
    </w:pPr>
    <w:rPr>
      <w:rFonts w:ascii="Tahoma" w:eastAsia="Tahoma" w:hAnsi="Tahoma"/>
      <w:sz w:val="28"/>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8"/>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sz w:val="28"/>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28"/>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8"/>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Tahoma" w:eastAsia="Tahoma" w:hAnsi="Tahoma"/>
      <w:sz w:val="28"/>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Tahoma" w:eastAsia="Tahoma" w:hAnsi="Tahoma"/>
      <w:sz w:val="28"/>
    </w:rPr>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rFonts w:ascii="Tahoma" w:eastAsia="Tahoma" w:hAnsi="Tahoma"/>
      <w:sz w:val="28"/>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ahoma" w:eastAsia="Tahoma" w:hAnsi="Tahoma"/>
      <w:sz w:val="28"/>
      <w:szCs w:val="20"/>
    </w:rPr>
  </w:style>
  <w:style w:type="character" w:customStyle="1" w:styleId="MacroTextChar">
    <w:name w:val="Macro Text Char"/>
    <w:basedOn w:val="DefaultParagraphFont"/>
    <w:link w:val="MacroText"/>
    <w:uiPriority w:val="99"/>
    <w:rsid w:val="0029639D"/>
    <w:rPr>
      <w:rFonts w:ascii="Tahoma" w:eastAsia="Tahoma" w:hAnsi="Tahoma"/>
      <w:sz w:val="28"/>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Tahoma" w:eastAsia="Tahoma" w:hAnsi="Tahoma"/>
      <w:i/>
      <w:iCs/>
      <w:color w:val="000000" w:themeColor="text1"/>
      <w:sz w:val="28"/>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sz w:val="28"/>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sz w:val="28"/>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sz w:val="28"/>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sz w:val="28"/>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8"/>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8"/>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rFonts w:ascii="Tahoma" w:eastAsia="Tahoma" w:hAnsi="Tahoma"/>
      <w:b/>
      <w:bCs/>
      <w:sz w:val="28"/>
    </w:rPr>
  </w:style>
  <w:style w:type="character" w:styleId="Emphasis">
    <w:name w:val="Emphasis"/>
    <w:basedOn w:val="DefaultParagraphFont"/>
    <w:uiPriority w:val="20"/>
    <w:qFormat/>
    <w:rsid w:val="00FC693F"/>
    <w:rPr>
      <w:rFonts w:ascii="Tahoma" w:eastAsia="Tahoma" w:hAnsi="Tahoma"/>
      <w:i/>
      <w:iCs/>
      <w:sz w:val="28"/>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Tahoma" w:eastAsia="Tahoma" w:hAnsi="Tahoma"/>
      <w:b/>
      <w:bCs/>
      <w:i/>
      <w:iCs/>
      <w:color w:val="4F81BD" w:themeColor="accent1"/>
      <w:sz w:val="28"/>
    </w:rPr>
  </w:style>
  <w:style w:type="character" w:styleId="SubtleEmphasis">
    <w:name w:val="Subtle Emphasis"/>
    <w:basedOn w:val="DefaultParagraphFont"/>
    <w:uiPriority w:val="19"/>
    <w:qFormat/>
    <w:rsid w:val="00FC693F"/>
    <w:rPr>
      <w:rFonts w:ascii="Tahoma" w:eastAsia="Tahoma" w:hAnsi="Tahoma"/>
      <w:i/>
      <w:iCs/>
      <w:color w:val="808080" w:themeColor="text1" w:themeTint="7F"/>
      <w:sz w:val="28"/>
    </w:rPr>
  </w:style>
  <w:style w:type="character" w:styleId="IntenseEmphasis">
    <w:name w:val="Intense Emphasis"/>
    <w:basedOn w:val="DefaultParagraphFont"/>
    <w:uiPriority w:val="21"/>
    <w:qFormat/>
    <w:rsid w:val="00FC693F"/>
    <w:rPr>
      <w:rFonts w:ascii="Tahoma" w:eastAsia="Tahoma" w:hAnsi="Tahoma"/>
      <w:b/>
      <w:bCs/>
      <w:i/>
      <w:iCs/>
      <w:color w:val="4F81BD" w:themeColor="accent1"/>
      <w:sz w:val="28"/>
    </w:rPr>
  </w:style>
  <w:style w:type="character" w:styleId="SubtleReference">
    <w:name w:val="Subtle Reference"/>
    <w:basedOn w:val="DefaultParagraphFont"/>
    <w:uiPriority w:val="31"/>
    <w:qFormat/>
    <w:rsid w:val="00FC693F"/>
    <w:rPr>
      <w:rFonts w:ascii="Tahoma" w:eastAsia="Tahoma" w:hAnsi="Tahoma"/>
      <w:smallCaps/>
      <w:color w:val="C0504D" w:themeColor="accent2"/>
      <w:sz w:val="28"/>
      <w:u w:val="single"/>
    </w:rPr>
  </w:style>
  <w:style w:type="character" w:styleId="IntenseReference">
    <w:name w:val="Intense Reference"/>
    <w:basedOn w:val="DefaultParagraphFont"/>
    <w:uiPriority w:val="32"/>
    <w:qFormat/>
    <w:rsid w:val="00FC693F"/>
    <w:rPr>
      <w:rFonts w:ascii="Tahoma" w:eastAsia="Tahoma" w:hAnsi="Tahoma"/>
      <w:b/>
      <w:bCs/>
      <w:smallCaps/>
      <w:color w:val="C0504D" w:themeColor="accent2"/>
      <w:spacing w:val="5"/>
      <w:sz w:val="28"/>
      <w:u w:val="single"/>
    </w:rPr>
  </w:style>
  <w:style w:type="character" w:styleId="BookTitle">
    <w:name w:val="Book Title"/>
    <w:basedOn w:val="DefaultParagraphFont"/>
    <w:uiPriority w:val="33"/>
    <w:qFormat/>
    <w:rsid w:val="00FC693F"/>
    <w:rPr>
      <w:rFonts w:ascii="Tahoma" w:eastAsia="Tahoma" w:hAnsi="Tahoma"/>
      <w:b/>
      <w:bCs/>
      <w:smallCaps/>
      <w:spacing w:val="5"/>
      <w:sz w:val="28"/>
    </w:rPr>
  </w:style>
  <w:style w:type="paragraph" w:styleId="TOCHeading">
    <w:name w:val="TOC Heading"/>
    <w:basedOn w:val="Heading1"/>
    <w:next w:val="Normal"/>
    <w:uiPriority w:val="39"/>
    <w:semiHidden/>
    <w:unhideWhenUsed/>
    <w:qFormat/>
    <w:rsid w:val="00FC693F"/>
    <w:pPr>
      <w:outlineLvl w:val="9"/>
    </w:pPr>
    <w:rPr>
      <w:rFonts w:ascii="Tahoma" w:eastAsia="Tahoma" w:hAnsi="Tahoma"/>
    </w:rPr>
  </w:style>
  <w:style w:type="table" w:styleId="TableGrid">
    <w:name w:val="Table Grid"/>
    <w:basedOn w:val="TableNormal"/>
    <w:uiPriority w:val="59"/>
    <w:rsid w:val="00FC693F"/>
    <w:pPr>
      <w:spacing w:after="0" w:line="240" w:lineRule="auto"/>
    </w:pPr>
    <w:rPr>
      <w:rFonts w:ascii="Tahoma" w:eastAsia="Tahoma" w:hAnsi="Tahoma"/>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Tahoma" w:eastAsia="Tahoma" w:hAnsi="Tahoma"/>
      <w:color w:val="000000" w:themeColor="text1" w:themeShade="BF"/>
      <w:sz w:val="2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ahoma" w:eastAsia="Tahoma" w:hAnsi="Tahoma"/>
      <w:color w:val="365F91" w:themeColor="accent1" w:themeShade="BF"/>
      <w:sz w:val="2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ahoma" w:eastAsia="Tahoma" w:hAnsi="Tahoma"/>
      <w:color w:val="943634" w:themeColor="accent2" w:themeShade="BF"/>
      <w:sz w:val="2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ahoma" w:eastAsia="Tahoma" w:hAnsi="Tahoma"/>
      <w:color w:val="76923C" w:themeColor="accent3" w:themeShade="BF"/>
      <w:sz w:val="2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ahoma" w:eastAsia="Tahoma" w:hAnsi="Tahoma"/>
      <w:color w:val="5F497A" w:themeColor="accent4" w:themeShade="BF"/>
      <w:sz w:val="2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ahoma" w:eastAsia="Tahoma" w:hAnsi="Tahoma"/>
      <w:color w:val="31849B" w:themeColor="accent5" w:themeShade="BF"/>
      <w:sz w:val="2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ahoma" w:eastAsia="Tahoma" w:hAnsi="Tahoma"/>
      <w:color w:val="E36C0A" w:themeColor="accent6" w:themeShade="BF"/>
      <w:sz w:val="2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ahoma" w:eastAsia="Tahoma" w:hAnsi="Tahoma"/>
      <w:sz w:val="2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ahoma" w:eastAsia="Tahoma" w:hAnsi="Tahoma"/>
      <w:sz w:val="2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ahoma" w:eastAsia="Tahoma" w:hAnsi="Tahoma"/>
      <w:sz w:val="2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ahoma" w:eastAsia="Tahoma" w:hAnsi="Tahoma"/>
      <w:sz w:val="2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ahoma" w:eastAsia="Tahoma" w:hAnsi="Tahoma"/>
      <w:sz w:val="2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ahoma" w:eastAsia="Tahoma" w:hAnsi="Tahoma"/>
      <w:sz w:val="2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ahoma" w:eastAsia="Tahoma" w:hAnsi="Tahoma"/>
      <w:sz w:val="2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ahoma" w:eastAsia="Tahoma" w:hAnsi="Tahoma"/>
      <w:sz w:val="2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ahoma" w:eastAsia="Tahoma" w:hAnsi="Tahoma"/>
      <w:sz w:val="2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ahoma" w:eastAsia="Tahoma" w:hAnsi="Tahoma"/>
      <w:sz w:val="2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ahoma" w:eastAsia="Tahoma" w:hAnsi="Tahoma"/>
      <w:sz w:val="2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ahoma" w:eastAsia="Tahoma" w:hAnsi="Tahoma"/>
      <w:sz w:val="2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ahoma" w:eastAsia="Tahoma" w:hAnsi="Tahoma"/>
      <w:sz w:val="2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ahoma" w:eastAsia="Tahoma" w:hAnsi="Tahoma"/>
      <w:sz w:val="2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ahoma" w:eastAsia="Tahoma" w:hAnsi="Tahoma"/>
      <w:sz w:val="2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ahoma" w:eastAsia="Tahoma" w:hAnsi="Tahoma"/>
      <w:sz w:val="2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ahoma" w:eastAsia="Tahoma" w:hAnsi="Tahoma"/>
      <w:sz w:val="2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ahoma" w:eastAsia="Tahoma" w:hAnsi="Tahoma"/>
      <w:sz w:val="2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ahoma" w:eastAsia="Tahoma" w:hAnsi="Tahoma"/>
      <w:sz w:val="2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ahoma" w:eastAsia="Tahoma" w:hAnsi="Tahoma"/>
      <w:sz w:val="2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ahoma" w:eastAsia="Tahoma" w:hAnsi="Tahoma"/>
      <w:sz w:val="2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ahoma" w:eastAsia="Tahoma" w:hAnsi="Tahoma"/>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ahoma" w:eastAsia="Tahoma" w:hAnsi="Tahoma"/>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ahoma" w:eastAsia="Tahoma" w:hAnsi="Tahoma"/>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ahoma" w:eastAsia="Tahoma" w:hAnsi="Tahoma"/>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ahoma" w:eastAsia="Tahoma" w:hAnsi="Tahoma"/>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ahoma" w:eastAsia="Tahoma" w:hAnsi="Tahoma"/>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ahoma" w:eastAsia="Tahoma" w:hAnsi="Tahoma"/>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ahoma" w:eastAsia="Tahoma" w:hAnsi="Tahoma"/>
      <w:color w:val="000000" w:themeColor="text1"/>
      <w:sz w:val="2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ahoma" w:eastAsia="Tahoma" w:hAnsi="Tahoma"/>
      <w:color w:val="000000" w:themeColor="text1"/>
      <w:sz w:val="2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ahoma" w:eastAsia="Tahoma" w:hAnsi="Tahoma"/>
      <w:color w:val="000000" w:themeColor="text1"/>
      <w:sz w:val="2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ahoma" w:eastAsia="Tahoma" w:hAnsi="Tahoma"/>
      <w:color w:val="000000" w:themeColor="text1"/>
      <w:sz w:val="2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ahoma" w:eastAsia="Tahoma" w:hAnsi="Tahoma"/>
      <w:color w:val="000000" w:themeColor="text1"/>
      <w:sz w:val="2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ahoma" w:eastAsia="Tahoma" w:hAnsi="Tahoma"/>
      <w:color w:val="000000" w:themeColor="text1"/>
      <w:sz w:val="2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ahoma" w:eastAsia="Tahoma" w:hAnsi="Tahoma"/>
      <w:color w:val="000000" w:themeColor="text1"/>
      <w:sz w:val="2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sz w:val="2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sz w:val="2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sz w:val="2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sz w:val="2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sz w:val="2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sz w:val="2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sz w:val="2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ahoma" w:eastAsia="Tahoma" w:hAnsi="Tahoma"/>
      <w:sz w:val="2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ahoma" w:eastAsia="Tahoma" w:hAnsi="Tahoma"/>
      <w:sz w:val="2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ahoma" w:eastAsia="Tahoma" w:hAnsi="Tahoma"/>
      <w:sz w:val="2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ahoma" w:eastAsia="Tahoma" w:hAnsi="Tahoma"/>
      <w:sz w:val="2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ahoma" w:eastAsia="Tahoma" w:hAnsi="Tahoma"/>
      <w:sz w:val="2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ahoma" w:eastAsia="Tahoma" w:hAnsi="Tahoma"/>
      <w:sz w:val="2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ahoma" w:eastAsia="Tahoma" w:hAnsi="Tahoma"/>
      <w:sz w:val="2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sz w:val="2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sz w:val="2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sz w:val="2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sz w:val="2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sz w:val="2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sz w:val="2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sz w:val="2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ahoma" w:eastAsia="Tahoma" w:hAnsi="Tahoma"/>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ahoma" w:eastAsia="Tahoma" w:hAnsi="Tahoma"/>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ahoma" w:eastAsia="Tahoma" w:hAnsi="Tahoma"/>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ahoma" w:eastAsia="Tahoma" w:hAnsi="Tahoma"/>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ahoma" w:eastAsia="Tahoma" w:hAnsi="Tahoma"/>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ahoma" w:eastAsia="Tahoma" w:hAnsi="Tahoma"/>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ahoma" w:eastAsia="Tahoma" w:hAnsi="Tahoma"/>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ahoma" w:eastAsia="Tahoma" w:hAnsi="Tahoma"/>
      <w:color w:val="FFFFFF" w:themeColor="background1"/>
      <w:sz w:val="28"/>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ahoma" w:eastAsia="Tahoma" w:hAnsi="Tahoma"/>
      <w:color w:val="FFFFFF" w:themeColor="background1"/>
      <w:sz w:val="28"/>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ahoma" w:eastAsia="Tahoma" w:hAnsi="Tahoma"/>
      <w:color w:val="FFFFFF" w:themeColor="background1"/>
      <w:sz w:val="28"/>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ahoma" w:eastAsia="Tahoma" w:hAnsi="Tahoma"/>
      <w:color w:val="FFFFFF" w:themeColor="background1"/>
      <w:sz w:val="28"/>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ahoma" w:eastAsia="Tahoma" w:hAnsi="Tahoma"/>
      <w:color w:val="FFFFFF" w:themeColor="background1"/>
      <w:sz w:val="28"/>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ahoma" w:eastAsia="Tahoma" w:hAnsi="Tahoma"/>
      <w:color w:val="FFFFFF" w:themeColor="background1"/>
      <w:sz w:val="28"/>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ahoma" w:eastAsia="Tahoma" w:hAnsi="Tahoma"/>
      <w:color w:val="FFFFFF" w:themeColor="background1"/>
      <w:sz w:val="28"/>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Tahoma" w:eastAsia="Tahoma" w:hAnsi="Tahoma"/>
      <w:color w:val="000000" w:themeColor="text1"/>
      <w:sz w:val="28"/>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Tahoma" w:eastAsia="Tahoma" w:hAnsi="Tahoma"/>
      <w:color w:val="000000" w:themeColor="text1"/>
      <w:sz w:val="28"/>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Tahoma" w:eastAsia="Tahoma" w:hAnsi="Tahoma"/>
      <w:color w:val="000000" w:themeColor="text1"/>
      <w:sz w:val="28"/>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Tahoma" w:eastAsia="Tahoma" w:hAnsi="Tahoma"/>
      <w:color w:val="000000" w:themeColor="text1"/>
      <w:sz w:val="28"/>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Tahoma" w:eastAsia="Tahoma" w:hAnsi="Tahoma"/>
      <w:color w:val="000000" w:themeColor="text1"/>
      <w:sz w:val="28"/>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Tahoma" w:eastAsia="Tahoma" w:hAnsi="Tahoma"/>
      <w:color w:val="000000" w:themeColor="text1"/>
      <w:sz w:val="28"/>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Tahoma" w:eastAsia="Tahoma" w:hAnsi="Tahoma"/>
      <w:color w:val="000000" w:themeColor="text1"/>
      <w:sz w:val="28"/>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Tahoma" w:eastAsia="Tahoma" w:hAnsi="Tahoma"/>
      <w:color w:val="000000" w:themeColor="text1"/>
      <w:sz w:val="28"/>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Tahoma" w:eastAsia="Tahoma" w:hAnsi="Tahoma"/>
      <w:color w:val="000000" w:themeColor="text1"/>
      <w:sz w:val="28"/>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Tahoma" w:eastAsia="Tahoma" w:hAnsi="Tahoma"/>
      <w:color w:val="000000" w:themeColor="text1"/>
      <w:sz w:val="28"/>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Tahoma" w:eastAsia="Tahoma" w:hAnsi="Tahoma"/>
      <w:color w:val="000000" w:themeColor="text1"/>
      <w:sz w:val="28"/>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Tahoma" w:eastAsia="Tahoma" w:hAnsi="Tahoma"/>
      <w:color w:val="000000" w:themeColor="text1"/>
      <w:sz w:val="28"/>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Tahoma" w:eastAsia="Tahoma" w:hAnsi="Tahoma"/>
      <w:color w:val="000000" w:themeColor="text1"/>
      <w:sz w:val="28"/>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Tahoma" w:eastAsia="Tahoma" w:hAnsi="Tahoma"/>
      <w:color w:val="000000" w:themeColor="text1"/>
      <w:sz w:val="28"/>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Tahoma" w:eastAsia="Tahoma" w:hAnsi="Tahoma"/>
      <w:color w:val="000000" w:themeColor="text1"/>
      <w:sz w:val="28"/>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Tahoma" w:eastAsia="Tahoma" w:hAnsi="Tahoma"/>
      <w:color w:val="000000" w:themeColor="text1"/>
      <w:sz w:val="28"/>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Tahoma" w:eastAsia="Tahoma" w:hAnsi="Tahoma"/>
      <w:color w:val="000000" w:themeColor="text1"/>
      <w:sz w:val="28"/>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Tahoma" w:eastAsia="Tahoma" w:hAnsi="Tahoma"/>
      <w:color w:val="000000" w:themeColor="text1"/>
      <w:sz w:val="28"/>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Tahoma" w:eastAsia="Tahoma" w:hAnsi="Tahoma"/>
      <w:color w:val="000000" w:themeColor="text1"/>
      <w:sz w:val="28"/>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Tahoma" w:eastAsia="Tahoma" w:hAnsi="Tahoma"/>
      <w:color w:val="000000" w:themeColor="text1"/>
      <w:sz w:val="28"/>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Tahoma" w:eastAsia="Tahoma" w:hAnsi="Tahoma"/>
      <w:color w:val="000000" w:themeColor="text1"/>
      <w:sz w:val="28"/>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162386EF64E2D448C939020A4DAFCCD" ma:contentTypeVersion="19" ma:contentTypeDescription="Create a new document." ma:contentTypeScope="" ma:versionID="1206154811b8ca2bc8d845fa53a1a584">
  <xsd:schema xmlns:xsd="http://www.w3.org/2001/XMLSchema" xmlns:xs="http://www.w3.org/2001/XMLSchema" xmlns:p="http://schemas.microsoft.com/office/2006/metadata/properties" xmlns:ns2="c28b019d-ac3e-47d5-bda0-e68c97c4e74c" xmlns:ns3="b64e203e-9f37-40fb-a167-87d641b9b78c" xmlns:ns4="903eadf0-84fc-4230-8745-4d3b4fed1fee" targetNamespace="http://schemas.microsoft.com/office/2006/metadata/properties" ma:root="true" ma:fieldsID="61da3b52f08d1a4199426f3c20d39312" ns2:_="" ns3:_="" ns4:_="">
    <xsd:import namespace="c28b019d-ac3e-47d5-bda0-e68c97c4e74c"/>
    <xsd:import namespace="b64e203e-9f37-40fb-a167-87d641b9b78c"/>
    <xsd:import namespace="903eadf0-84fc-4230-8745-4d3b4fed1f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8b019d-ac3e-47d5-bda0-e68c97c4e74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4e203e-9f37-40fb-a167-87d641b9b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b361235-48f8-4de7-8a1c-71bb8990c7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eadf0-84fc-4230-8745-4d3b4fed1fe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21d7ba6-4e44-4086-be38-fe2455a9441c}" ma:internalName="TaxCatchAll" ma:showField="CatchAllData" ma:web="903eadf0-84fc-4230-8745-4d3b4fed1f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03eadf0-84fc-4230-8745-4d3b4fed1fee"/>
    <lcf76f155ced4ddcb4097134ff3c332f xmlns="b64e203e-9f37-40fb-a167-87d641b9b7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256E35D-72FA-48AE-8B6E-5182E8091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8b019d-ac3e-47d5-bda0-e68c97c4e74c"/>
    <ds:schemaRef ds:uri="b64e203e-9f37-40fb-a167-87d641b9b78c"/>
    <ds:schemaRef ds:uri="903eadf0-84fc-4230-8745-4d3b4fed1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524B5C-F70E-421D-973D-D17309D864DF}">
  <ds:schemaRefs>
    <ds:schemaRef ds:uri="http://schemas.microsoft.com/sharepoint/v3/contenttype/forms"/>
  </ds:schemaRefs>
</ds:datastoreItem>
</file>

<file path=customXml/itemProps4.xml><?xml version="1.0" encoding="utf-8"?>
<ds:datastoreItem xmlns:ds="http://schemas.openxmlformats.org/officeDocument/2006/customXml" ds:itemID="{79399EEA-3C9F-4021-A3C5-D970222EB83F}">
  <ds:schemaRefs>
    <ds:schemaRef ds:uri="http://schemas.microsoft.com/office/2006/metadata/properties"/>
    <ds:schemaRef ds:uri="http://schemas.microsoft.com/office/infopath/2007/PartnerControls"/>
    <ds:schemaRef ds:uri="903eadf0-84fc-4230-8745-4d3b4fed1fee"/>
    <ds:schemaRef ds:uri="b64e203e-9f37-40fb-a167-87d641b9b78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249</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Tarah Obrien</cp:lastModifiedBy>
  <cp:revision>2</cp:revision>
  <dcterms:created xsi:type="dcterms:W3CDTF">2026-09-23T17:15:00Z</dcterms:created>
  <dcterms:modified xsi:type="dcterms:W3CDTF">2026-09-23T17:15:00Z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0x0101001162386EF64E2D448C939020A4DAFCCD</vt:lpwstr>
  </property>
</Properties>
</file>